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6F13D9" w14:textId="0D3939A9" w:rsidR="00165997" w:rsidRPr="00D131C9" w:rsidRDefault="009D16BC">
      <w:pPr>
        <w:rPr>
          <w:rFonts w:ascii="Calibri" w:hAnsi="Calibri" w:cs="Calibri"/>
        </w:rPr>
      </w:pPr>
      <w:r>
        <w:pict w14:anchorId="3657687E">
          <v:line id="nl4" o:spid="_x0000_s1072" alt="" style="position:absolute;z-index:251658240;mso-wrap-edited:f;mso-width-percent:0;mso-height-percent:0;mso-position-horizontal-relative:page;mso-position-vertical-relative:page;mso-width-percent:0;mso-height-percent:0" from="349.15pt,230.5pt" to="398.15pt,230.5pt" strokecolor="#466a62" strokeweight=".8pt">
            <w10:wrap anchorx="page" anchory="page"/>
          </v:line>
        </w:pict>
      </w:r>
      <w:r>
        <w:pict w14:anchorId="61DB7B8E">
          <v:rect id="b_sam" o:spid="_x0000_s1071" alt="" style="position:absolute;margin-left:224.75pt;margin-top:211.15pt;width:125pt;height:38pt;z-index:251669504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03B71C29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Executive Assistant</w:t>
                  </w:r>
                </w:p>
                <w:p w14:paraId="22BFFC0E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Sam Watson</w:t>
                  </w:r>
                </w:p>
              </w:txbxContent>
            </v:textbox>
            <w10:wrap anchorx="page" anchory="page"/>
          </v:rect>
        </w:pict>
      </w:r>
      <w:r>
        <w:pict w14:anchorId="1711BFBB">
          <v:rect id="b_lisa" o:spid="_x0000_s1070" alt="" style="position:absolute;margin-left:226.3pt;margin-top:258.65pt;width:125pt;height:38pt;z-index:251670528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3F90C257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Staff Assistant</w:t>
                  </w:r>
                </w:p>
                <w:p w14:paraId="2F7C5461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Lisa Fuentes</w:t>
                  </w:r>
                </w:p>
              </w:txbxContent>
            </v:textbox>
            <w10:wrap anchorx="page" anchory="page"/>
          </v:rect>
        </w:pict>
      </w:r>
      <w:r>
        <w:pict w14:anchorId="2B2C4D2E">
          <v:rect id="b_lauren" o:spid="_x0000_s1069" alt="" style="position:absolute;margin-left:422.65pt;margin-top:259.35pt;width:155pt;height:38pt;z-index:251668480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7A4F4511" w14:textId="77777777" w:rsidR="003D575F" w:rsidRPr="00D131C9" w:rsidRDefault="003D575F" w:rsidP="003D575F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Outreach and Engagement Manager</w:t>
                  </w:r>
                </w:p>
                <w:p w14:paraId="4E19A9BE" w14:textId="77777777" w:rsidR="003D575F" w:rsidRPr="00D131C9" w:rsidRDefault="003D575F" w:rsidP="003D575F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Florensio Hernandez</w:t>
                  </w:r>
                </w:p>
                <w:p w14:paraId="472804FE" w14:textId="03E16E40" w:rsidR="00165997" w:rsidRPr="00D131C9" w:rsidRDefault="00165997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</w:p>
              </w:txbxContent>
            </v:textbox>
            <w10:wrap anchorx="page" anchory="page"/>
          </v:rect>
        </w:pict>
      </w:r>
      <w:r>
        <w:pict w14:anchorId="4EF9B2C7">
          <v:rect id="b_flor" o:spid="_x0000_s1068" alt="" style="position:absolute;margin-left:422.45pt;margin-top:215pt;width:155pt;height:38pt;z-index:251667456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6903ABA3" w14:textId="3ACB7BAF" w:rsidR="00165997" w:rsidRPr="00D131C9" w:rsidRDefault="003D575F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Fiscal and Human Resources Officer</w:t>
                  </w:r>
                </w:p>
                <w:p w14:paraId="4CDC7830" w14:textId="32A49813" w:rsidR="00165997" w:rsidRPr="00D131C9" w:rsidRDefault="003D575F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Lauren</w:t>
                  </w:r>
                  <w:r w:rsidR="009B0A04"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Woodworth</w:t>
                  </w:r>
                </w:p>
              </w:txbxContent>
            </v:textbox>
            <w10:wrap anchorx="page" anchory="page"/>
          </v:rect>
        </w:pict>
      </w:r>
      <w:r>
        <w:pict w14:anchorId="061E7798">
          <v:rect id="b_micaela" o:spid="_x0000_s1067" alt="" style="position:absolute;margin-left:583.75pt;margin-top:385pt;width:145pt;height:38pt;z-index:251681792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5E5E4FC7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Assistant Director</w:t>
                  </w:r>
                </w:p>
                <w:p w14:paraId="63276247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Micaela Flores</w:t>
                  </w:r>
                </w:p>
              </w:txbxContent>
            </v:textbox>
            <w10:wrap anchorx="page" anchory="page"/>
          </v:rect>
        </w:pict>
      </w:r>
      <w:r>
        <w:pict w14:anchorId="101AB79A">
          <v:line id="nl11" o:spid="_x0000_s1066" alt="" style="position:absolute;z-index:251651072;mso-wrap-edited:f;mso-width-percent:0;mso-height-percent:0;mso-position-horizontal-relative:page;mso-position-vertical-relative:page;mso-width-percent:0;mso-height-percent:0" from="561.6pt,279.2pt" to="602.85pt,279.2pt" strokecolor="#466a62" strokeweight=".8pt">
            <w10:wrap anchorx="page" anchory="page"/>
          </v:line>
        </w:pict>
      </w:r>
      <w:r>
        <w:pict w14:anchorId="04765A35">
          <v:line id="nl10" o:spid="_x0000_s1065" alt="" style="position:absolute;z-index:251652096;mso-wrap-edited:f;mso-width-percent:0;mso-height-percent:0;mso-position-horizontal-relative:page;mso-position-vertical-relative:page;mso-width-percent:0;mso-height-percent:0" from="564.7pt,234.15pt" to="602.85pt,234.15pt" strokecolor="#466a62" strokeweight=".8pt">
            <w10:wrap anchorx="page" anchory="page"/>
          </v:line>
        </w:pict>
      </w:r>
      <w:r>
        <w:pict w14:anchorId="58AD32CD">
          <v:line id="nl7" o:spid="_x0000_s1064" alt="" style="position:absolute;z-index:251655168;mso-wrap-edited:f;mso-width-percent:0;mso-height-percent:0;mso-position-horizontal-relative:page;mso-position-vertical-relative:page;mso-width-percent:0;mso-height-percent:0" from="398.8pt,182.15pt" to="535.9pt,182.15pt" strokecolor="#466a62" strokeweight=".8pt">
            <w10:wrap anchorx="page" anchory="page"/>
          </v:line>
        </w:pict>
      </w:r>
      <w:r>
        <w:pict w14:anchorId="17F7EB79">
          <v:rect id="b_bj" o:spid="_x0000_s1063" alt="" style="position:absolute;margin-left:528.75pt;margin-top:158.7pt;width:150pt;height:44pt;z-index:251666432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4345D2B3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Assistant Vice President</w:t>
                  </w:r>
                </w:p>
                <w:p w14:paraId="68B0F12B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BJ Abrams, J.D., Ph.D.</w:t>
                  </w:r>
                </w:p>
              </w:txbxContent>
            </v:textbox>
            <w10:wrap anchorx="page" anchory="page"/>
          </v:rect>
        </w:pict>
      </w:r>
      <w:r>
        <w:pict w14:anchorId="5EC0F495">
          <v:line id="nl9" o:spid="_x0000_s1062" alt="" style="position:absolute;z-index:251653120;mso-wrap-edited:f;mso-width-percent:0;mso-height-percent:0;mso-position-horizontal-relative:page;mso-position-vertical-relative:page;mso-width-percent:0;mso-height-percent:0" from="603.15pt,182pt" to="603.15pt,279pt" strokecolor="#466a62" strokeweight=".8pt">
            <w10:wrap anchorx="page" anchory="page"/>
          </v:line>
        </w:pict>
      </w:r>
      <w:r w:rsidR="00103EAB" w:rsidRPr="00D131C9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31614" behindDoc="0" locked="0" layoutInCell="1" allowOverlap="1" wp14:anchorId="49B85DB2" wp14:editId="6765B0B4">
                <wp:simplePos x="0" y="0"/>
                <wp:positionH relativeFrom="page">
                  <wp:posOffset>1343770</wp:posOffset>
                </wp:positionH>
                <wp:positionV relativeFrom="page">
                  <wp:posOffset>2234317</wp:posOffset>
                </wp:positionV>
                <wp:extent cx="1351722" cy="0"/>
                <wp:effectExtent l="0" t="0" r="7620" b="12700"/>
                <wp:wrapNone/>
                <wp:docPr id="1142872910" name="nl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51722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466A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8D731" id="nl4" o:spid="_x0000_s1026" style="position:absolute;z-index:2516316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5.8pt,175.95pt" to="212.25pt,17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" strokecolor="#466a62" strokeweight=".8pt">
                <o:lock v:ext="edit" shapetype="f"/>
                <w10:wrap anchorx="page" anchory="page"/>
              </v:line>
            </w:pict>
          </mc:Fallback>
        </mc:AlternateContent>
      </w:r>
      <w:r w:rsidR="00103EAB" w:rsidRPr="00D131C9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32639" behindDoc="0" locked="0" layoutInCell="1" allowOverlap="1" wp14:anchorId="59A2E1B6" wp14:editId="0155E0A7">
                <wp:simplePos x="0" y="0"/>
                <wp:positionH relativeFrom="page">
                  <wp:posOffset>3658814</wp:posOffset>
                </wp:positionH>
                <wp:positionV relativeFrom="page">
                  <wp:posOffset>3004129</wp:posOffset>
                </wp:positionV>
                <wp:extent cx="0" cy="389614"/>
                <wp:effectExtent l="0" t="0" r="12700" b="17145"/>
                <wp:wrapNone/>
                <wp:docPr id="988193884" name="nl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89614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466A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9B8A87" id="nl9" o:spid="_x0000_s1026" style="position:absolute;z-index:2516326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8.1pt,236.55pt" to="288.1pt,26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" strokecolor="#466a62" strokeweight=".8pt">
                <o:lock v:ext="edit" shapetype="f"/>
                <w10:wrap anchorx="page" anchory="page"/>
              </v:line>
            </w:pict>
          </mc:Fallback>
        </mc:AlternateContent>
      </w:r>
      <w:r w:rsidR="00103EAB" w:rsidRPr="00D131C9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30589" behindDoc="0" locked="0" layoutInCell="1" allowOverlap="1" wp14:anchorId="29E51A07" wp14:editId="3CBB48BF">
                <wp:simplePos x="0" y="0"/>
                <wp:positionH relativeFrom="page">
                  <wp:posOffset>1343770</wp:posOffset>
                </wp:positionH>
                <wp:positionV relativeFrom="page">
                  <wp:posOffset>1852654</wp:posOffset>
                </wp:positionV>
                <wp:extent cx="0" cy="389614"/>
                <wp:effectExtent l="0" t="0" r="12700" b="17145"/>
                <wp:wrapNone/>
                <wp:docPr id="1022226164" name="nl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89614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466A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01CABA" id="nl9" o:spid="_x0000_s1026" style="position:absolute;z-index:2516305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5.8pt,145.9pt" to="105.8pt,176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" strokecolor="#466a62" strokeweight=".8pt">
                <o:lock v:ext="edit" shapetype="f"/>
                <w10:wrap anchorx="page" anchory="page"/>
              </v:line>
            </w:pict>
          </mc:Fallback>
        </mc:AlternateContent>
      </w:r>
      <w:r>
        <w:pict w14:anchorId="7D0064F5">
          <v:line id="nl22" o:spid="_x0000_s1061" alt="" style="position:absolute;z-index:251639808;mso-wrap-edited:f;mso-width-percent:0;mso-height-percent:0;mso-position-horizontal-relative:page;mso-position-vertical-relative:page;mso-width-percent:0;mso-height-percent:0" from="399.15pt,365pt" to="399.15pt,556pt" strokecolor="#466a62" strokeweight=".8pt">
            <w10:wrap anchorx="page" anchory="page"/>
          </v:line>
        </w:pict>
      </w:r>
      <w:r>
        <w:pict w14:anchorId="37725659">
          <v:line id="nl15" o:spid="_x0000_s1060" alt="" style="position:absolute;z-index:251646976;mso-wrap-edited:f;mso-width-percent:0;mso-height-percent:0;mso-position-horizontal-relative:page;mso-position-vertical-relative:page;mso-width-percent:0;mso-height-percent:0" from="398.85pt,310pt" to="398.85pt,325pt" strokecolor="#466a62" strokeweight=".8pt">
            <w10:wrap anchorx="page" anchory="page"/>
          </v:line>
        </w:pict>
      </w:r>
      <w:r>
        <w:pict w14:anchorId="12236774">
          <v:rect id="b_comm" o:spid="_x0000_s1059" alt="" style="position:absolute;margin-left:28pt;margin-top:101.95pt;width:155pt;height:46pt;z-index:251664384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2D247990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Vice President and Chief</w:t>
                  </w:r>
                </w:p>
                <w:p w14:paraId="6B58416E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Communications Officer</w:t>
                  </w:r>
                </w:p>
                <w:p w14:paraId="33D31B0A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Emily G. Guerrant</w:t>
                  </w:r>
                </w:p>
              </w:txbxContent>
            </v:textbox>
            <w10:wrap anchorx="page" anchory="page"/>
          </v:rect>
        </w:pict>
      </w:r>
      <w:r w:rsidR="007A7479" w:rsidRPr="00D131C9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D52E71" wp14:editId="1BB1A5DB">
                <wp:simplePos x="0" y="0"/>
                <wp:positionH relativeFrom="page">
                  <wp:posOffset>4429760</wp:posOffset>
                </wp:positionH>
                <wp:positionV relativeFrom="page">
                  <wp:posOffset>2313940</wp:posOffset>
                </wp:positionV>
                <wp:extent cx="622300" cy="0"/>
                <wp:effectExtent l="0" t="0" r="12700" b="12700"/>
                <wp:wrapNone/>
                <wp:docPr id="397214203" name="nl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230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466A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4FDC7" id="nl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8.8pt,182.2pt" to="397.8pt,182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" strokecolor="#466a62" strokeweight=".8pt">
                <o:lock v:ext="edit" shapetype="f"/>
                <w10:wrap anchorx="page" anchory="page"/>
              </v:line>
            </w:pict>
          </mc:Fallback>
        </mc:AlternateContent>
      </w:r>
      <w:r>
        <w:pict w14:anchorId="66BE9B7E">
          <v:rect id="b_henry" o:spid="_x0000_s1058" alt="" style="position:absolute;margin-left:205.2pt;margin-top:158.2pt;width:145pt;height:40pt;z-index:251665408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34CDA18D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Inclusion Communications</w:t>
                  </w:r>
                </w:p>
                <w:p w14:paraId="4FBB6135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Manager II</w:t>
                  </w:r>
                </w:p>
                <w:p w14:paraId="628D16ED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Henry Mochida</w:t>
                  </w:r>
                </w:p>
              </w:txbxContent>
            </v:textbox>
            <w10:wrap anchorx="page" anchory="page"/>
          </v:rect>
        </w:pict>
      </w:r>
      <w:r>
        <w:pict w14:anchorId="2FFD0CC1">
          <v:line id="nl28" o:spid="_x0000_s1057" alt="" style="position:absolute;z-index:251633664;mso-wrap-edited:f;mso-width-percent:0;mso-height-percent:0;mso-position-horizontal-relative:page;mso-position-vertical-relative:page;mso-width-percent:0;mso-height-percent:0" from="652pt,404pt" to="652pt,404pt" strokecolor="#466a62" strokeweight=".8pt">
            <w10:wrap anchorx="page" anchory="page"/>
          </v:line>
        </w:pict>
      </w:r>
      <w:r>
        <w:pict w14:anchorId="4D0ACC3A">
          <v:line id="nl27" o:spid="_x0000_s1056" alt="" style="position:absolute;z-index:251634688;mso-wrap-edited:f;mso-width-percent:0;mso-height-percent:0;mso-position-horizontal-relative:page;mso-position-vertical-relative:page;mso-width-percent:0;mso-height-percent:0" from="652pt,365pt" to="652pt,404pt" strokecolor="#466a62" strokeweight=".8pt">
            <w10:wrap anchorx="page" anchory="page"/>
          </v:line>
        </w:pict>
      </w:r>
      <w:r>
        <w:pict w14:anchorId="2A8E3CEF">
          <v:line id="nl26" o:spid="_x0000_s1055" alt="" style="position:absolute;z-index:251635712;mso-wrap-edited:f;mso-width-percent:0;mso-height-percent:0;mso-position-horizontal-relative:page;mso-position-vertical-relative:page;mso-width-percent:0;mso-height-percent:0" from="397pt,556pt" to="397pt,556pt" strokecolor="#466a62" strokeweight=".8pt">
            <w10:wrap anchorx="page" anchory="page"/>
          </v:line>
        </w:pict>
      </w:r>
      <w:r>
        <w:pict w14:anchorId="64C6172D">
          <v:line id="nl25" o:spid="_x0000_s1054" alt="" style="position:absolute;z-index:251636736;mso-wrap-edited:f;mso-width-percent:0;mso-height-percent:0;mso-position-horizontal-relative:page;mso-position-vertical-relative:page;mso-width-percent:0;mso-height-percent:0" from="397pt,7in" to="397pt,7in" strokecolor="#466a62" strokeweight=".8pt">
            <w10:wrap anchorx="page" anchory="page"/>
          </v:line>
        </w:pict>
      </w:r>
      <w:r>
        <w:pict w14:anchorId="71AD9F5E">
          <v:line id="nl24" o:spid="_x0000_s1053" alt="" style="position:absolute;z-index:251637760;mso-wrap-edited:f;mso-width-percent:0;mso-height-percent:0;mso-position-horizontal-relative:page;mso-position-vertical-relative:page;mso-width-percent:0;mso-height-percent:0" from="397pt,454pt" to="397pt,454pt" strokecolor="#466a62" strokeweight=".8pt">
            <w10:wrap anchorx="page" anchory="page"/>
          </v:line>
        </w:pict>
      </w:r>
      <w:r>
        <w:pict w14:anchorId="12EF65FA">
          <v:line id="nl23" o:spid="_x0000_s1052" alt="" style="position:absolute;z-index:251638784;mso-wrap-edited:f;mso-width-percent:0;mso-height-percent:0;mso-position-horizontal-relative:page;mso-position-vertical-relative:page;mso-width-percent:0;mso-height-percent:0" from="397pt,404pt" to="397pt,404pt" strokecolor="#466a62" strokeweight=".8pt">
            <w10:wrap anchorx="page" anchory="page"/>
          </v:line>
        </w:pict>
      </w:r>
      <w:r>
        <w:pict w14:anchorId="0589AAA2">
          <v:line id="nl21" o:spid="_x0000_s1051" alt="" style="position:absolute;z-index:251640832;mso-wrap-edited:f;mso-width-percent:0;mso-height-percent:0;mso-position-horizontal-relative:page;mso-position-vertical-relative:page;mso-width-percent:0;mso-height-percent:0" from="142pt,511pt" to="142pt,511pt" strokecolor="#466a62" strokeweight=".8pt">
            <w10:wrap anchorx="page" anchory="page"/>
          </v:line>
        </w:pict>
      </w:r>
      <w:r>
        <w:pict w14:anchorId="1FF1E7C6">
          <v:line id="nl20" o:spid="_x0000_s1050" alt="" style="position:absolute;z-index:251641856;mso-wrap-edited:f;mso-width-percent:0;mso-height-percent:0;mso-position-horizontal-relative:page;mso-position-vertical-relative:page;mso-width-percent:0;mso-height-percent:0" from="142pt,456pt" to="142pt,456pt" strokecolor="#466a62" strokeweight=".8pt">
            <w10:wrap anchorx="page" anchory="page"/>
          </v:line>
        </w:pict>
      </w:r>
      <w:r>
        <w:pict w14:anchorId="2E6418EF">
          <v:line id="nl19" o:spid="_x0000_s1049" alt="" style="position:absolute;z-index:251642880;mso-wrap-edited:f;mso-width-percent:0;mso-height-percent:0;mso-position-horizontal-relative:page;mso-position-vertical-relative:page;mso-width-percent:0;mso-height-percent:0" from="142pt,404pt" to="142pt,404pt" strokecolor="#466a62" strokeweight=".8pt">
            <w10:wrap anchorx="page" anchory="page"/>
          </v:line>
        </w:pict>
      </w:r>
      <w:r>
        <w:pict w14:anchorId="36D500C4">
          <v:line id="nl18" o:spid="_x0000_s1048" alt="" style="position:absolute;z-index:251643904;mso-wrap-edited:f;mso-width-percent:0;mso-height-percent:0;mso-position-horizontal-relative:page;mso-position-vertical-relative:page;mso-width-percent:0;mso-height-percent:0" from="142pt,365pt" to="142pt,511pt" strokecolor="#466a62" strokeweight=".8pt">
            <w10:wrap anchorx="page" anchory="page"/>
          </v:line>
        </w:pict>
      </w:r>
      <w:r>
        <w:pict w14:anchorId="60211259">
          <v:line id="nl17" o:spid="_x0000_s1047" alt="" style="position:absolute;z-index:251644928;mso-wrap-edited:f;mso-width-percent:0;mso-height-percent:0;mso-position-horizontal-relative:page;mso-position-vertical-relative:page;mso-width-percent:0;mso-height-percent:0" from="652pt,310pt" to="652pt,325pt" strokecolor="#466a62" strokeweight=".8pt">
            <w10:wrap anchorx="page" anchory="page"/>
          </v:line>
        </w:pict>
      </w:r>
      <w:r>
        <w:pict w14:anchorId="76E8F820">
          <v:line id="nl16" o:spid="_x0000_s1046" alt="" style="position:absolute;z-index:251645952;mso-wrap-edited:f;mso-width-percent:0;mso-height-percent:0;mso-position-horizontal-relative:page;mso-position-vertical-relative:page;mso-width-percent:0;mso-height-percent:0" from="399pt,310pt" to="652pt,310pt" strokecolor="#466a62" strokeweight=".8pt">
            <w10:wrap anchorx="page" anchory="page"/>
          </v:line>
        </w:pict>
      </w:r>
      <w:r>
        <w:pict w14:anchorId="69ABA50A">
          <v:line id="nl14" o:spid="_x0000_s1045" alt="" style="position:absolute;z-index:251648000;mso-wrap-edited:f;mso-width-percent:0;mso-height-percent:0;mso-position-horizontal-relative:page;mso-position-vertical-relative:page;mso-width-percent:0;mso-height-percent:0" from="399pt,310pt" to="399pt,310pt" strokecolor="#466a62" strokeweight=".8pt">
            <w10:wrap anchorx="page" anchory="page"/>
          </v:line>
        </w:pict>
      </w:r>
      <w:r>
        <w:pict w14:anchorId="40A45153">
          <v:line id="nl13" o:spid="_x0000_s1044" alt="" style="position:absolute;z-index:251649024;mso-wrap-edited:f;mso-width-percent:0;mso-height-percent:0;mso-position-horizontal-relative:page;mso-position-vertical-relative:page;mso-width-percent:0;mso-height-percent:0" from="142pt,310pt" to="142pt,325pt" strokecolor="#466a62" strokeweight=".8pt">
            <w10:wrap anchorx="page" anchory="page"/>
          </v:line>
        </w:pict>
      </w:r>
      <w:r>
        <w:pict w14:anchorId="1F4A884F">
          <v:line id="nl12" o:spid="_x0000_s1043" alt="" style="position:absolute;z-index:251650048;mso-wrap-edited:f;mso-width-percent:0;mso-height-percent:0;mso-position-horizontal-relative:page;mso-position-vertical-relative:page;mso-width-percent:0;mso-height-percent:0" from="142pt,310pt" to="399pt,310pt" strokecolor="#466a62" strokeweight=".8pt">
            <w10:wrap anchorx="page" anchory="page"/>
          </v:line>
        </w:pict>
      </w:r>
      <w:r>
        <w:pict w14:anchorId="57125340">
          <v:line id="nl8" o:spid="_x0000_s1042" alt="" style="position:absolute;z-index:251654144;mso-wrap-edited:f;mso-width-percent:0;mso-height-percent:0;mso-position-horizontal-relative:page;mso-position-vertical-relative:page;mso-width-percent:0;mso-height-percent:0" from="655pt,182pt" to="655pt,182pt" strokecolor="#466a62" strokeweight=".8pt">
            <w10:wrap anchorx="page" anchory="page"/>
          </v:line>
        </w:pict>
      </w:r>
      <w:r>
        <w:pict w14:anchorId="2726DB39">
          <v:line id="nl6" o:spid="_x0000_s1041" alt="" style="position:absolute;z-index:251656192;mso-wrap-edited:f;mso-width-percent:0;mso-height-percent:0;mso-position-horizontal-relative:page;mso-position-vertical-relative:page;mso-width-percent:0;mso-height-percent:0" from="490pt,249pt" to="490pt,249pt" strokecolor="#466a62" strokeweight=".8pt">
            <w10:wrap anchorx="page" anchory="page"/>
          </v:line>
        </w:pict>
      </w:r>
      <w:r>
        <w:pict w14:anchorId="50C0D513">
          <v:line id="nl5" o:spid="_x0000_s1040" alt="" style="position:absolute;z-index:251657216;mso-wrap-edited:f;mso-width-percent:0;mso-height-percent:0;mso-position-horizontal-relative:page;mso-position-vertical-relative:page;mso-width-percent:0;mso-height-percent:0" from="490pt,199pt" to="490pt,199pt" strokecolor="#466a62" strokeweight=".8pt">
            <w10:wrap anchorx="page" anchory="page"/>
          </v:line>
        </w:pict>
      </w:r>
      <w:r>
        <w:pict w14:anchorId="4D16D4BC">
          <v:line id="nl2" o:spid="_x0000_s1039" alt="" style="position:absolute;z-index:251660288;mso-wrap-edited:f;mso-width-percent:0;mso-height-percent:0;mso-position-horizontal-relative:page;mso-position-vertical-relative:page;mso-width-percent:0;mso-height-percent:0" from="399pt,146pt" to="399pt,310pt" strokecolor="#466a62" strokeweight=".8pt">
            <w10:wrap anchorx="page" anchory="page"/>
          </v:line>
        </w:pict>
      </w:r>
      <w:r>
        <w:pict w14:anchorId="58E21F3D">
          <v:line id="nl1" o:spid="_x0000_s1038" alt="" style="position:absolute;z-index:251661312;mso-wrap-edited:f;mso-width-percent:0;mso-height-percent:0;mso-position-horizontal-relative:page;mso-position-vertical-relative:page;mso-width-percent:0;mso-height-percent:0" from="399pt,92pt" to="399pt,102pt" strokecolor="#466a62" strokeweight=".8pt">
            <w10:wrap anchorx="page" anchory="page"/>
          </v:line>
        </w:pict>
      </w:r>
      <w:r>
        <w:pict w14:anchorId="3F2DAD05">
          <v:rect id="b_pres" o:spid="_x0000_s1037" alt="" style="position:absolute;margin-left:314pt;margin-top:62pt;width:170pt;height:30pt;z-index:251662336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6101A37A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President</w:t>
                  </w:r>
                </w:p>
                <w:p w14:paraId="16E975A3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Kevin M. Guskiewicz, Ph.D.</w:t>
                  </w:r>
                </w:p>
              </w:txbxContent>
            </v:textbox>
            <w10:wrap anchorx="page" anchory="page"/>
          </v:rect>
        </w:pict>
      </w:r>
      <w:r>
        <w:pict w14:anchorId="5187AA42">
          <v:rect id="b_vp" o:spid="_x0000_s1036" alt="" style="position:absolute;margin-left:314pt;margin-top:102pt;width:170pt;height:44pt;z-index:251663360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5E6932B0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Vice President and Chief</w:t>
                  </w:r>
                </w:p>
                <w:p w14:paraId="04CA8439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Inclusion Officer</w:t>
                  </w:r>
                </w:p>
                <w:p w14:paraId="683F42F7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Jabbar R. Bennett, Ph.D.</w:t>
                  </w:r>
                </w:p>
              </w:txbxContent>
            </v:textbox>
            <w10:wrap anchorx="page" anchory="page"/>
          </v:rect>
        </w:pict>
      </w:r>
      <w:r>
        <w:pict w14:anchorId="525BB382">
          <v:rect id="b_eo" o:spid="_x0000_s1035" alt="" style="position:absolute;margin-left:55pt;margin-top:325pt;width:175pt;height:40pt;z-index:251671552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65448FDD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Director of Equal Opportunity</w:t>
                  </w:r>
                </w:p>
                <w:p w14:paraId="124FF5B1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Matthew J. Olovson, J.D.</w:t>
                  </w:r>
                </w:p>
              </w:txbxContent>
            </v:textbox>
            <w10:wrap anchorx="page" anchory="page"/>
          </v:rect>
        </w:pict>
      </w:r>
      <w:r>
        <w:pict w14:anchorId="72652595">
          <v:rect id="b_edu" o:spid="_x0000_s1034" alt="" style="position:absolute;margin-left:310pt;margin-top:325pt;width:175pt;height:40pt;z-index:251672576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521706E7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Education &amp; Development Director</w:t>
                  </w:r>
                </w:p>
                <w:p w14:paraId="5870A05C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Patricia L. Stewart, Ph.D.</w:t>
                  </w:r>
                </w:p>
              </w:txbxContent>
            </v:textbox>
            <w10:wrap anchorx="page" anchory="page"/>
          </v:rect>
        </w:pict>
      </w:r>
      <w:r>
        <w:pict w14:anchorId="30DD8DCC">
          <v:rect id="b_drn" o:spid="_x0000_s1033" alt="" style="position:absolute;margin-left:565pt;margin-top:325pt;width:175pt;height:40pt;z-index:251673600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74BF7A3B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Diversity Research Network Director</w:t>
                  </w:r>
                </w:p>
                <w:p w14:paraId="70C11D45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Delia Fernández-Jones, Ph.D.</w:t>
                  </w:r>
                </w:p>
              </w:txbxContent>
            </v:textbox>
            <w10:wrap anchorx="page" anchory="page"/>
          </v:rect>
        </w:pict>
      </w:r>
      <w:r>
        <w:pict w14:anchorId="71709835">
          <v:rect id="b_randy" o:spid="_x0000_s1032" alt="" style="position:absolute;margin-left:1in;margin-top:385pt;width:145pt;height:38pt;z-index:251674624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23F0658D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Assistant Director</w:t>
                  </w:r>
                </w:p>
                <w:p w14:paraId="5874870C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Randy Lytes</w:t>
                  </w:r>
                </w:p>
              </w:txbxContent>
            </v:textbox>
            <w10:wrap anchorx="page" anchory="page"/>
          </v:rect>
        </w:pict>
      </w:r>
      <w:r>
        <w:pict w14:anchorId="3025583D">
          <v:rect id="b_virgi" o:spid="_x0000_s1031" alt="" style="position:absolute;margin-left:1in;margin-top:435pt;width:145pt;height:42pt;z-index:251675648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3D45E41C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Senior Equal Opportunity</w:t>
                  </w:r>
                </w:p>
                <w:p w14:paraId="3D4CE961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Analyst</w:t>
                  </w:r>
                </w:p>
                <w:p w14:paraId="4AA1F498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Virgi Strickland</w:t>
                  </w:r>
                </w:p>
              </w:txbxContent>
            </v:textbox>
            <w10:wrap anchorx="page" anchory="page"/>
          </v:rect>
        </w:pict>
      </w:r>
      <w:r>
        <w:pict w14:anchorId="3975B71F">
          <v:rect id="b_brady" o:spid="_x0000_s1030" alt="" style="position:absolute;margin-left:1in;margin-top:490pt;width:145pt;height:42pt;z-index:251676672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7D082BD8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Equal Opportunity</w:t>
                  </w:r>
                </w:p>
                <w:p w14:paraId="3D86EA0A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Coordinator</w:t>
                  </w:r>
                </w:p>
                <w:p w14:paraId="7BCD631C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Brady Velazquez</w:t>
                  </w:r>
                </w:p>
              </w:txbxContent>
            </v:textbox>
            <w10:wrap anchorx="page" anchory="page"/>
          </v:rect>
        </w:pict>
      </w:r>
      <w:r>
        <w:pict w14:anchorId="382583BB">
          <v:rect id="b_ralph" o:spid="_x0000_s1029" alt="" style="position:absolute;margin-left:325pt;margin-top:385pt;width:145pt;height:38pt;z-index:251677696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07A3287C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Assistant Director</w:t>
                  </w:r>
                </w:p>
                <w:p w14:paraId="1954D6D2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Ralph Johnson</w:t>
                  </w:r>
                </w:p>
              </w:txbxContent>
            </v:textbox>
            <w10:wrap anchorx="page" anchory="page"/>
          </v:rect>
        </w:pict>
      </w:r>
      <w:r>
        <w:pict w14:anchorId="099DA7FA">
          <v:rect id="b_lynn" o:spid="_x0000_s1028" alt="" style="position:absolute;margin-left:325pt;margin-top:435pt;width:145pt;height:38pt;z-index:251678720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1CA55D34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Artistic Coordinator</w:t>
                  </w:r>
                </w:p>
                <w:p w14:paraId="0EF5524F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Lynn Lammers</w:t>
                  </w:r>
                </w:p>
              </w:txbxContent>
            </v:textbox>
            <w10:wrap anchorx="page" anchory="page"/>
          </v:rect>
        </w:pict>
      </w:r>
      <w:r>
        <w:pict w14:anchorId="496DA5A5">
          <v:rect id="b_jade" o:spid="_x0000_s1027" alt="" style="position:absolute;margin-left:325pt;margin-top:485pt;width:145pt;height:38pt;z-index:251679744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6F54A142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Dialogues Coordinator</w:t>
                  </w:r>
                </w:p>
                <w:p w14:paraId="1CBB472E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Jade Richards</w:t>
                  </w:r>
                </w:p>
              </w:txbxContent>
            </v:textbox>
            <w10:wrap anchorx="page" anchory="page"/>
          </v:rect>
        </w:pict>
      </w:r>
      <w:r>
        <w:pict w14:anchorId="2F715574">
          <v:rect id="b_mina" o:spid="_x0000_s1026" alt="" style="position:absolute;margin-left:325pt;margin-top:535pt;width:145pt;height:42pt;z-index:251680768;mso-wrap-style:square;mso-wrap-edited:f;mso-width-percent:0;mso-height-percent:0;mso-position-horizontal-relative:page;mso-position-vertical-relative:page;mso-width-percent:0;mso-height-percent:0;v-text-anchor:top" fillcolor="#18453b" strokecolor="#18453b">
            <v:textbox inset="4pt,2pt,4pt,2pt">
              <w:txbxContent>
                <w:p w14:paraId="2ADA040F" w14:textId="7CD4BFB3" w:rsidR="00165997" w:rsidRPr="00D131C9" w:rsidRDefault="00185A2F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Training and Learning Development Specialist</w:t>
                  </w:r>
                </w:p>
                <w:p w14:paraId="08DA7025" w14:textId="77777777" w:rsidR="00165997" w:rsidRPr="00D131C9" w:rsidRDefault="009B0A04">
                  <w:pPr>
                    <w:spacing w:after="0"/>
                    <w:jc w:val="center"/>
                    <w:rPr>
                      <w:rFonts w:ascii="Calibri" w:hAnsi="Calibri" w:cs="Calibri"/>
                    </w:rPr>
                  </w:pPr>
                  <w:r w:rsidRPr="00D131C9">
                    <w:rPr>
                      <w:rFonts w:ascii="Calibri" w:hAnsi="Calibri" w:cs="Calibri"/>
                      <w:color w:val="FFFFFF"/>
                      <w:sz w:val="17"/>
                      <w:szCs w:val="17"/>
                    </w:rPr>
                    <w:t>Mina Shin, Ph.D.</w:t>
                  </w:r>
                </w:p>
              </w:txbxContent>
            </v:textbox>
            <w10:wrap anchorx="page" anchory="page"/>
          </v:rect>
        </w:pict>
      </w:r>
    </w:p>
    <w:sectPr w:rsidR="00165997" w:rsidRPr="00D131C9" w:rsidSect="00034616">
      <w:headerReference w:type="default" r:id="rId8"/>
      <w:pgSz w:w="15840" w:h="12240" w:orient="landscape"/>
      <w:pgMar w:top="317" w:right="317" w:bottom="317" w:left="317" w:header="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47A604" w14:textId="77777777" w:rsidR="009D16BC" w:rsidRDefault="009D16BC">
      <w:pPr>
        <w:spacing w:after="0" w:line="240" w:lineRule="auto"/>
      </w:pPr>
      <w:r>
        <w:separator/>
      </w:r>
    </w:p>
  </w:endnote>
  <w:endnote w:type="continuationSeparator" w:id="0">
    <w:p w14:paraId="5CF0F90D" w14:textId="77777777" w:rsidR="009D16BC" w:rsidRDefault="009D1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D4477F" w14:textId="77777777" w:rsidR="009D16BC" w:rsidRDefault="009D16BC">
      <w:pPr>
        <w:spacing w:after="0" w:line="240" w:lineRule="auto"/>
      </w:pPr>
      <w:r>
        <w:separator/>
      </w:r>
    </w:p>
  </w:footnote>
  <w:footnote w:type="continuationSeparator" w:id="0">
    <w:p w14:paraId="44CADE6A" w14:textId="77777777" w:rsidR="009D16BC" w:rsidRDefault="009D1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178F55" w14:textId="77777777" w:rsidR="00165997" w:rsidRDefault="009B0A04">
    <w:pPr>
      <w:pStyle w:val="Header"/>
      <w:jc w:val="center"/>
    </w:pPr>
    <w:r>
      <w:rPr>
        <w:noProof/>
      </w:rPr>
      <w:drawing>
        <wp:inline distT="0" distB="0" distL="0" distR="0" wp14:anchorId="25B9C8FF" wp14:editId="63609F26">
          <wp:extent cx="2514600" cy="5713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i-primary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4600" cy="571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6877050">
    <w:abstractNumId w:val="8"/>
  </w:num>
  <w:num w:numId="2" w16cid:durableId="2119788575">
    <w:abstractNumId w:val="6"/>
  </w:num>
  <w:num w:numId="3" w16cid:durableId="1001588016">
    <w:abstractNumId w:val="5"/>
  </w:num>
  <w:num w:numId="4" w16cid:durableId="1471169493">
    <w:abstractNumId w:val="4"/>
  </w:num>
  <w:num w:numId="5" w16cid:durableId="270206928">
    <w:abstractNumId w:val="7"/>
  </w:num>
  <w:num w:numId="6" w16cid:durableId="71392562">
    <w:abstractNumId w:val="3"/>
  </w:num>
  <w:num w:numId="7" w16cid:durableId="1067217586">
    <w:abstractNumId w:val="2"/>
  </w:num>
  <w:num w:numId="8" w16cid:durableId="1846167358">
    <w:abstractNumId w:val="1"/>
  </w:num>
  <w:num w:numId="9" w16cid:durableId="6618580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3EAB"/>
    <w:rsid w:val="0015074B"/>
    <w:rsid w:val="00165997"/>
    <w:rsid w:val="00185A2F"/>
    <w:rsid w:val="00210AA5"/>
    <w:rsid w:val="0029639D"/>
    <w:rsid w:val="00326F90"/>
    <w:rsid w:val="003D575F"/>
    <w:rsid w:val="00467B48"/>
    <w:rsid w:val="005C18F0"/>
    <w:rsid w:val="006A0894"/>
    <w:rsid w:val="006D7D77"/>
    <w:rsid w:val="007A7479"/>
    <w:rsid w:val="008965BA"/>
    <w:rsid w:val="009A2F90"/>
    <w:rsid w:val="009B0A04"/>
    <w:rsid w:val="009D16BC"/>
    <w:rsid w:val="00AA1D8D"/>
    <w:rsid w:val="00B47730"/>
    <w:rsid w:val="00C66E72"/>
    <w:rsid w:val="00CB0664"/>
    <w:rsid w:val="00D06B6D"/>
    <w:rsid w:val="00D131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73"/>
    <o:shapelayout v:ext="edit">
      <o:idmap v:ext="edit" data="1"/>
    </o:shapelayout>
  </w:shapeDefaults>
  <w:decimalSymbol w:val="."/>
  <w:listSeparator w:val=","/>
  <w14:docId w14:val="24062061"/>
  <w14:defaultImageDpi w14:val="300"/>
  <w15:docId w15:val="{B79A425A-7554-3141-9E47-6E60B8EE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Mochida, Henry</cp:lastModifiedBy>
  <cp:revision>9</cp:revision>
  <dcterms:created xsi:type="dcterms:W3CDTF">2026-08-13T13:28:00Z</dcterms:created>
  <dcterms:modified xsi:type="dcterms:W3CDTF">2026-08-13T13:50:00Z</dcterms:modified>
  <cp:category/>
</cp:coreProperties>
</file>